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בלשי השורש: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שיטת הבלש בחמישה צעדים למציאת שורש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גזרות הנחים: ל״ה/י, פ״י/ו, ע״ו/י וחסרי פ״נ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הצלילים המיוחדים של כל גזרה בבניינים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בכתיבה ובזיהוי עצמאי עד שליטה בחמשת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שיטת הבלש: איך מוצאים שורש חסר – מכירים את חמשת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הצעדים: הוא אתמול, בניין, השמטת מוספיות, ספירה,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רוב המילים בעברית בנויות משורש של 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רק סימן, או שהיא נעלמת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הצעד הראשון הוא להעביר את הפועל ל'הוא אתמול'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שיטת הבלש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הוסיף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שיטת הבלש – מפעילים את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קָם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ע״ו/י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שיטת הבלש – כותבים פתרון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אותיות: כ-ת-ב; בניין קל; אין אות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בניין קל; 'הוא אתמול' - קָם; נשארו רק 2 אותיות (ק-ם); חסרה אות באמצע השורש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גזרת ל״ה/י: ה׳ בסוף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 האחרונה (ל׳ הפועל) נחה בסוף המילה כ-ה׳ ובאמצע המילה כ-י׳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קָנָה, נִבְנָה, כִּבָּה, הִפְנָה, הִשְׁתַּנָּה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לִקְנוֹת, לִבְנוֹת, לְכַבּוֹת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הִשְׁתַּנָּה שייך לבניין התפעל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גזרת ל״ה/י: ה׳ בסוף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גזרת ל״ה/י: ה׳ בסוף – התאמה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(פיעל)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(הפעיל)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(התפעל)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גזרת ל״ה/י: ה׳ בסוף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פועל כמו קָנָה/בָּנָה/הִפְנָה, והסבר שמזכיר: הוא אתמול, בניין, השמטת מוספיות, שנשארו 3 אותיות והאחרונה ה/י נחה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גזרת פ״י/ו: האות הראשונה נחה – שלב א: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האות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גזרת פ״י/ו: האות הראשונה נחה – שלב ב: תרגול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בנפעל האות הראשונה נשמעת כ-נוֹ, למשל נולד, נוסד, נותר.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נשארת כחיריק מלא עם י׳ נחה, למשל אישן.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בהופעל שומעים שורוק במקום קובוץ, ולכן ממירים להפעיל כדי לזהות את השורש.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גזרת פ״י/ו: האות הראשונה נחה – שלב ג: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גזרת פ״י/ו: האות הראשונה נחה – שלב ד: התאמה בין בניינים לדוגמאות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(הוביל)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(הורד)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(היטיב)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גזרת ע״ו/י: האות האמצעית נחה – היכרות וזיהוי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האות האמצעית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האות האמצעית בשורש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קָם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גזרת ע״ו/י: האות האמצעית נחה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פועל בן 2 אותיות בעבר או בהווה שייך לקל, גזרת ע״ו/י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האות הנחה היא בדרך כלל ו׳, ולפעמים י׳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בכל הפועלים מגזרת ע״ו/י בבניין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גזרת ע״ו/י: האות האמצעית נחה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נָסוֹג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הֵקִים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גזרת ע״ו/י: האות האמצעית נחה – התאמה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(קָם)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(נָסוֹג)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(הֵקִים)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(הוּקַם)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(קוֹמֵם)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להשוואה: חסרי פ״נ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פ״נ – פ׳ הפועל היא האות נ׳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הנ׳ נבלעת ומשאירה דגש באות הבאה: נ-פ-ל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בקל עבר הנ׳ לא נבלעת: נ-פ-ל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הדגש מעיד שהייתה שם נ׳ שהובלעה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להשוואה: חסרי פ״נ – השלמת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יִפֹּל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להשוואה: חסרי פ״נ – התאמת פועל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(נ-פ-ל)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(נ-ס-ע)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(נ-כ-ר)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(נ-ב-ט)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(נ-פ-ל)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(נ-פ-ל)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מסכם: כל הגזרות יחד – זיהוי הגזרות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זאת ל׳ הפועל, האות השלישית בשורש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בגזרת פ"י/ו האות הראשונה (פ׳ הפועל) היא זו שנחה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שָׁר, קָם, רָץ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בחסרי פ"נ הנ׳ לא נכתבת כלל, אבל משאירה דגש באות שאחריה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יציין את הצליל ָה בעבר ואת ה־וֹת בשם הפועל, עם דוגמה כמו קָנָה או לִבְנוֹת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יסביר שאות נחה נכתבת ולא נשמעת, ואילו נ׳ בפ״נ לא נכתבת כלל אלא משאירה דגש באות שאחריה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יסביר שחסרות אותיות ואין דגש, ולכן מוסיפים י/ו באמצע, עם דוגמה כמו שָׁר או קָם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לשש פגישות קצרות, פרק אחד בכל פעם, עם חזרה קצרה על הקודם בתחילת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רק מפעלים קצרים בבניין קל ולדלג על פ״נ ועל הבניינים הכבדים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במילון החזותי שבסוף כל פרק ככלי עזר לפני הפתרון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המסכם כדאי לעבוד בזוגות כדי לעודד דיון בין התלמידים על זיהוי הגזרה הנכונה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בלשי השורש: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גזרה אחת. קראו את הדוגמה, ונסו למצוא את השורש לפי חמשת הצעדים. אם קשה – הסתכלו במילון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שנושאות את המשמעות של המילה, כמו כ־ת־ב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שורשים שמתנהגים אותו דבר בגלל אות מיוחדת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שנכתבת אבל לא נשמעת, או נעלמת לגמרי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שבה נטוע הפועל: קל, נפעל, פיעל, פועל, הפעיל, הופעל, התפעל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מוספיות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שנוספו לשורש כמו הִ־, נ־, הִת־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ל״ה/י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האחרונה בשורש היא ה׳ או י׳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פ״י/ו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הראשונה בשורש היא י׳ או ו׳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ע״ו/י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האמצעית בשורש היא ו׳ או י׳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חסרי פ״נ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שורשים שהאות הראשונה בהם היא נ׳ שנעלמת ומשאירה דגש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הוא אתמול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נוחה לומר: הפועל בעבר, גוף שלישי יחיד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שיטת הבלש: איך מוצאים שורש חסר – מכירים את חמשת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הבלש כוללת חמישה צעדים למציאת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במילה עברית הוא בדרך כלל בן שתי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נחה היא אות שנכתבת במילה אבל לא תמיד נשמעת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הצעד הראשון בשיטת הבלש הוא לספור כמה אותיות נשארו בפועל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שיטת הבלש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מקומות האותיות בשורש מסמנים לפי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הצעד הראשון בשיטת הבלש הוא להעביר את הפועל ל'הוא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האותיות שנוטות לנוח הן ו', י', __________ (וגם א')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המילה 'מִכְתָּב' הוא כ־ת־__________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בצעד השלישי של שיטת הבלש מורידים את האותיות שהבניין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שיטת הבלש – מפעילים את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אומרים יָקוּם בזמן עבר,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קָם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יָקוּם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קוּם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קָמוּ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פועל שה'הוא אתמול' שלו מכיל רק שתי אותיות שייך לרוב לגזרת...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לגזרה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שיטת הבלש – כותבים פתרון 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הפעילו את שיטת הבלש על הפועל כָּתַב: כמה אותיות שורש יש בו, ומה הבניין?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הפעילו את שיטת הבלש על הפועל יָקוּם: בניין, כמה אותיות נשארות אחרי השמטת מוספיות, והחלטה על אות חסרה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גזרת ל״ה/י: ה׳ בסוף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ל״ה/י האות האחרונה בשורש היא בדרך כלל ה׳ או י׳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„הוא אתמול” של פועל מגזרת ל״ה/י תמיד מסתיים בצליל ָה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הפועל של פעלים מגזרת ל״ה/י מסתיים בסיומת וֹת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הִשְׁתַּנָּה שייך לבניין 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גזרת ל״ה/י: ה׳ בסוף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הפועל בָּנָה הוא ב-נ-__________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הפועל של הפועל קָנָה הוא לִ__________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הפועל הִפְנָה שייך לבניין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הפועל נִבְנָה שייך לבניין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גזרת ל״ה/י: ה׳ בסוף – התאמה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קָנָה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כִּבָּה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הִפְנָה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פיעל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הִשְׁתַּנָּה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גזרת ל״ה/י: ה׳ בסוף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פועל מגזרת ל״ה/י, והסבירו בקצרה איך מצאתם את השורש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גזרת פ״י/ו: האות הראשונה נחה – שלב א: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אות בשורש מתחבאת בגזרה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האות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האות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אות 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בניין שומעים הוֹ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גזרת פ״י/ו: האות הראשונה נחה – שלב ב: תרגול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נפעל של פ״י/ו, ״הוא אתמול״ נשמע נוֹ, כמו במילה נולד.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בעתיד של בניין קל, האות הראשונה בגזרת פ״י/ו תמיד נעלמת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הורד שייכת לבניין הופעל, ולכן כדי למצוא את השורש מעבירים אותה להפעיל – הוריד.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גזרת פ״י/ו: האות הראשונה נחה – שלב ג: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המדריך __________ את הקבוצה לשביל ההרים (להוביל).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התינוק __________ בבוקר קריר (להיוולד).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גזרת פ״י/ו: האות הראשונה נחה – שלב ד: התאמה בין בניינים לדוגמאות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היטיב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הוביל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חמישה מיוחדים בהפעיל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הורד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גזרת ע״ו/י: האות האמצעית נחה – היכרות וזיהוי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אות בשורש נעלמת בגזרת ע״ו/י?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האות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האות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אות 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„ע” מסמנת בשם הגזרה?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האות הראשונה בשורש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האות האמצעית בשורש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האות האחרונה בשורש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פועל מתאים לגזרת ע״ו/י?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כָּתַב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קָם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הָלַךְ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יָשַׁב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פועל קצר כמו שָׁר שייך לאיזה בניין?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גזרת ע״ו/י: האות האמצעית נחה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שָׁר כתוב בשתי אותיות בלבד ולכן הוא שייך לבניין קל, גזרת ע״ו/י.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ע״ו/י האות הנחה היא תמיד א׳.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הפעיל, גזרת ע״ו/י, הה׳ מנוקדת בצירה ולא בחיריק, כמו הֵקִים.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גזרת ע״ו/י: האות האמצעית נחה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שורשו של הפועל קָם כותבים כך: ק־__________־ם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בבניין נפעל, „הוא אתמול” נשמע נָ־וֹ, למשל: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„הוא אתמול” של הפעיל, גזרת ע״ו/י, לדוגמה להקים משהו, הוא: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גזרת ע״ו/י: האות האמצעית נחה – התאמה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נָסוֹג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הֵקִים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קָם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קוֹמֵם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פולל (פיעל)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הוּקַם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להשוואה: חסרי פ״נ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חסרי פ״נ האות הראשונה בשורש היא תמיד נ׳.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בפועל הִפִּיל האות הראשונה (נ) נכתבת ונשמעת בבירור.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קל בעבר, כמו בפועל נָפַל, הנ׳ נשמעת בבירור.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הדגש שמופיע במקום הנ׳ החסרה הוא מעין טביעת אצבע של האות שנעלמה.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להשוואה: חסרי פ״נ – השלמת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הפועל הִגִּיעַ הוא נ-ג-__________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הפועל הֻגַּשׁ הוא נ-__________-שׁ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השורש של הפועל נִגַּשׁ (בניין נפעל) הוא נ-__________-שׁ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בעבר אומרים נָפַל, ובעתיד (הוא מחר) אומרים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להשוואה: חסרי פ״נ – התאמת פועל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הִפִּיל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נ-כ-ר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נָסַע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נ-ב-ט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הִכִּיר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נ-ס-ע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הִבִּיט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נ-פ-ל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יִפֹּל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נ-פ-ל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הֻפַּל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נ-פ-ל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מסכם: כל הגזרות יחד – זיהוי הגזרות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ל"ה/י האות האחרונה בשורש היא בדרך כלל ה׳ או י׳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פ"י/ו האות האמצעית בשורש היא זו שנחה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בעבר או בהווה עם שתי אותיות בלבד שייך לרוב לגזרת ע"ו/י בבניין 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בחסרי פ"נ האות הראשונה נכתבת במילה אך אינה נשמעת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מזהים שפועל שייך לגזרת ל״ה/י?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אות נחה לבין נ׳ שנבלעת בפ״נ?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יודעים שפועל בן שתי אותיות בעבר שייך לגזרת ע״ו/י?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בלשי השורש: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